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החורף (לפי התשבץ)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מילה להגדרה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נכון מילות חורף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המילה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כובע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צעיף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עגור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החורף הוא העונה הקרה בשנה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ההרמון מתכסה בשלג בחורף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מעיל הוא בגד חם לחורף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בתשבץ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צעיף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(אור חזק בשמים)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(לבן וקר, יורד על ההרמון)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(אוכל חם בקערה)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(ציפור שבאה אלינו בחורף)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(מכסה את הראש)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(שמים אותו על הצוואר)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הסערה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עננים כהים מתכסים בשמים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מבריק 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נשמע 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יורד גשם חזק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שלמים עם לפחות שלוש מילות חורף מהתשבץ, כתיבה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שתי מילות חורף מהתשבץ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צעיף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הדף יחד עם התשבץ המקורי כדי לחזק את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ההגדרות בקול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כל תלמיד/ה להשתמש במילים שלמדו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החורף (לפי התשבץ)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המילים שהופיעו בתשבץ על החורף - עונה קרה ומיוחדת.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המילה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מתאימה להגדרה: אור חזק ומהיר בשמים?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מתאימה להגדרה: מחמם את הראש?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צעיף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מתאימה להגדרה: יורד מהעננים?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מתאימה להגדרה: שמים אותו על הצוואר?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צעיף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ציפור באה אלינו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החורף הוא העונה החמה ביותר בשנה.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שלג יורד גם על ההרמון בחורף.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מעיל הוא בגד קליל לקיץ.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רעם נשמע אחרי הברק.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ב__________ לובשים בגדים חמים ושותים משקאות חמים.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כשיורד __________ צריך מטריה כדי לא להירטב.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מעיפה את העלים מהעצים.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שמים __________ סביב הצוואר כדי להתחמם.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 הברק שומעים קול חזק שנקרא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מכסה את הראש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אור חזק בשמים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שמים אותו על הצוואר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עגור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אוכל חם בקערה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לבן וקר, יורד על ההרמון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צעיף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ציפור שבאה אלינו בחורף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הסערה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מבריק ברק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עננים כהים מתכסים בשמים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 גשם חזק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נשמע רעם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על החורף. השתמשו בלפחות שלוש מילים מהתשבץ (חורף, גשם, שלג, מעיל, כובע, צעיף, ברק, רעם, רוח, עגור, מרק).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הקשורות לחורף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שמתארת אור חזק בשמים?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שמים אותו על הצוואר כדי להתחמם - 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החורף (לפי התשבץ)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