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החורף (לפי התשבץ)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מילה להגדרה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נכון מילות חורף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המילה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החורף הוא העונה הקרה בשנה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מעיל הוא בגד חם לחורף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(אור חזק בשמים)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(לבן וקר, יורד על ההרמון)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(אוכל חם בקערה)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(מכסה את הראש)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הסערה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עננים כהים מתכסים בשמים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מבריק ברק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שלמים עם לפחות שלוש מילות חורף מהתשבץ, כתיבה 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שתי מילות חורף מהתשבץ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צעיף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לפתור את הדף יחד עם התשבץ המקורי כדי לחזק את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את ההגדרות בקול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כל תלמיד/ה להשתמש במילים שלמדו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החורף (לפי התשבץ)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המילים שהופיעו בתשבץ על החורף - עונה קרה ומיוחדת.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חורף  ·  גשם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המילה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מילה מתאימה להגדרה: אור חזק ומהיר בשמים?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מילה מתאימה להגדרה: יורד מהעננים?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החורף הוא העונה החמה ביותר בשנה.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מעיל הוא בגד קליל לקיץ.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ב__________ לובשים בגדים חמים ושותים משקאות חמים.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כשיורד __________ צריך מטריה כדי לא להירטב.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לבן וקר, יורד על ההרמון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שלג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אוכל חם בקערה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מכסה את הראש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כובע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אור חזק בשמים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הסערה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מבריק ברק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עננים כהים מתכסים בשמים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משפטים על החורף. השתמשו בלפחות שלוש מילים מהתשבץ (חורף, גשם, שלג, מעיל, כובע, צעיף, ברק, רעם, רוח, עגור, מרק).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שתי מילים הקשורות לחורף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המילה שמתארת אור חזק בשמים?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החורף (לפי התשבץ)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